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6C88FD3B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3D19A8">
        <w:rPr>
          <w:rFonts w:ascii="Lato" w:hAnsi="Lato" w:cs="Lato"/>
          <w:b/>
          <w:sz w:val="20"/>
          <w:szCs w:val="20"/>
        </w:rPr>
        <w:t>HISTORII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D214" w14:textId="77777777" w:rsidR="00BD2DB6" w:rsidRDefault="00BD2DB6">
      <w:pPr>
        <w:spacing w:after="0" w:line="240" w:lineRule="auto"/>
      </w:pPr>
      <w:r>
        <w:separator/>
      </w:r>
    </w:p>
  </w:endnote>
  <w:endnote w:type="continuationSeparator" w:id="0">
    <w:p w14:paraId="740C29DB" w14:textId="77777777" w:rsidR="00BD2DB6" w:rsidRDefault="00BD2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AD0D" w14:textId="77777777" w:rsidR="00BD2DB6" w:rsidRDefault="00BD2DB6">
      <w:pPr>
        <w:spacing w:after="0" w:line="240" w:lineRule="auto"/>
      </w:pPr>
      <w:r>
        <w:separator/>
      </w:r>
    </w:p>
  </w:footnote>
  <w:footnote w:type="continuationSeparator" w:id="0">
    <w:p w14:paraId="783932B9" w14:textId="77777777" w:rsidR="00BD2DB6" w:rsidRDefault="00BD2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72110472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3D19A8">
      <w:rPr>
        <w:rFonts w:ascii="Lato" w:eastAsiaTheme="minorHAnsi" w:hAnsi="Lato" w:cs="Lato"/>
        <w:bCs/>
        <w:sz w:val="20"/>
        <w:szCs w:val="20"/>
      </w:rPr>
      <w:t>Historii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35C1D"/>
    <w:rsid w:val="00550D19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C81A2F"/>
    <w:rsid w:val="00CB0664"/>
    <w:rsid w:val="00D63C7B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831</Words>
  <Characters>4992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13</cp:revision>
  <cp:lastPrinted>2026-08-27T08:48:00Z</cp:lastPrinted>
  <dcterms:created xsi:type="dcterms:W3CDTF">2013-12-23T23:15:00Z</dcterms:created>
  <dcterms:modified xsi:type="dcterms:W3CDTF">2026-09-30T13:07:00Z</dcterms:modified>
  <cp:category/>
</cp:coreProperties>
</file>